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06311" w14:textId="77777777" w:rsidR="00DB6BB7" w:rsidRPr="00DB6BB7" w:rsidRDefault="00DB6BB7" w:rsidP="00DB6BB7">
      <w:pPr>
        <w:spacing w:after="0"/>
        <w:jc w:val="center"/>
        <w:rPr>
          <w:b/>
          <w:bCs/>
          <w:sz w:val="32"/>
          <w:szCs w:val="32"/>
        </w:rPr>
      </w:pPr>
      <w:r w:rsidRPr="00DB6BB7">
        <w:rPr>
          <w:b/>
          <w:bCs/>
          <w:sz w:val="32"/>
          <w:szCs w:val="32"/>
        </w:rPr>
        <w:t>SCHEDA DI PARTECIPAZIONE</w:t>
      </w:r>
    </w:p>
    <w:p w14:paraId="22B53D66" w14:textId="77777777" w:rsidR="00DB6BB7" w:rsidRPr="00DB6BB7" w:rsidRDefault="00DB6BB7" w:rsidP="00DB6BB7">
      <w:pPr>
        <w:spacing w:after="0"/>
        <w:jc w:val="center"/>
        <w:rPr>
          <w:b/>
          <w:bCs/>
          <w:sz w:val="32"/>
          <w:szCs w:val="32"/>
        </w:rPr>
      </w:pPr>
      <w:r w:rsidRPr="00DB6BB7">
        <w:rPr>
          <w:b/>
          <w:bCs/>
          <w:sz w:val="32"/>
          <w:szCs w:val="32"/>
        </w:rPr>
        <w:t>Call for Solutions – «</w:t>
      </w:r>
      <w:proofErr w:type="spellStart"/>
      <w:r w:rsidRPr="00DB6BB7">
        <w:rPr>
          <w:b/>
          <w:bCs/>
          <w:sz w:val="32"/>
          <w:szCs w:val="32"/>
        </w:rPr>
        <w:t>Ricicliamo</w:t>
      </w:r>
      <w:proofErr w:type="spellEnd"/>
      <w:r w:rsidRPr="00DB6BB7">
        <w:rPr>
          <w:b/>
          <w:bCs/>
          <w:sz w:val="32"/>
          <w:szCs w:val="32"/>
        </w:rPr>
        <w:t xml:space="preserve"> il Mare»</w:t>
      </w:r>
    </w:p>
    <w:p w14:paraId="70340ABF" w14:textId="77777777" w:rsidR="00DB6BB7" w:rsidRDefault="00DB6BB7" w:rsidP="00DB6BB7">
      <w:pPr>
        <w:spacing w:after="0"/>
        <w:jc w:val="center"/>
      </w:pPr>
      <w:proofErr w:type="spellStart"/>
      <w:r>
        <w:t>Promossa</w:t>
      </w:r>
      <w:proofErr w:type="spellEnd"/>
      <w:r>
        <w:t xml:space="preserve"> da Campania </w:t>
      </w:r>
      <w:proofErr w:type="spellStart"/>
      <w:r>
        <w:t>Circolare</w:t>
      </w:r>
      <w:proofErr w:type="spellEnd"/>
      <w:r>
        <w:t xml:space="preserve"> APS</w:t>
      </w:r>
    </w:p>
    <w:p w14:paraId="1E012AB4" w14:textId="572CE402" w:rsidR="00DB6BB7" w:rsidRDefault="00DB6BB7" w:rsidP="00DB6BB7">
      <w:pPr>
        <w:jc w:val="center"/>
      </w:pPr>
      <w:proofErr w:type="spellStart"/>
      <w:r>
        <w:t>nell’ambito</w:t>
      </w:r>
      <w:proofErr w:type="spellEnd"/>
      <w:r>
        <w:t xml:space="preserve"> </w:t>
      </w:r>
      <w:proofErr w:type="spellStart"/>
      <w:r>
        <w:t>dell’Azione</w:t>
      </w:r>
      <w:proofErr w:type="spellEnd"/>
      <w:r>
        <w:t xml:space="preserve"> 2.A.1 – Marine Litter del GAL Parthenope.</w:t>
      </w:r>
    </w:p>
    <w:p w14:paraId="2DCFFB28" w14:textId="77777777" w:rsidR="00DB6BB7" w:rsidRDefault="00DB6BB7" w:rsidP="00DB6BB7"/>
    <w:p w14:paraId="1EE2F71D" w14:textId="77777777" w:rsidR="00DB6BB7" w:rsidRPr="00DB6BB7" w:rsidRDefault="00DB6BB7" w:rsidP="00DB6BB7">
      <w:pPr>
        <w:rPr>
          <w:sz w:val="24"/>
          <w:szCs w:val="24"/>
        </w:rPr>
      </w:pPr>
      <w:r w:rsidRPr="00DB6BB7">
        <w:rPr>
          <w:sz w:val="24"/>
          <w:szCs w:val="24"/>
        </w:rPr>
        <w:t xml:space="preserve">Campi </w:t>
      </w:r>
      <w:proofErr w:type="spellStart"/>
      <w:r w:rsidRPr="00DB6BB7">
        <w:rPr>
          <w:sz w:val="24"/>
          <w:szCs w:val="24"/>
        </w:rPr>
        <w:t>obbligatori</w:t>
      </w:r>
      <w:proofErr w:type="spellEnd"/>
      <w:r w:rsidRPr="00DB6BB7">
        <w:rPr>
          <w:sz w:val="24"/>
          <w:szCs w:val="24"/>
        </w:rPr>
        <w:t xml:space="preserve"> </w:t>
      </w:r>
      <w:proofErr w:type="spellStart"/>
      <w:r w:rsidRPr="00DB6BB7">
        <w:rPr>
          <w:sz w:val="24"/>
          <w:szCs w:val="24"/>
        </w:rPr>
        <w:t>pena</w:t>
      </w:r>
      <w:proofErr w:type="spellEnd"/>
      <w:r w:rsidRPr="00DB6BB7">
        <w:rPr>
          <w:sz w:val="24"/>
          <w:szCs w:val="24"/>
        </w:rPr>
        <w:t xml:space="preserve"> </w:t>
      </w:r>
      <w:proofErr w:type="spellStart"/>
      <w:r w:rsidRPr="00DB6BB7">
        <w:rPr>
          <w:sz w:val="24"/>
          <w:szCs w:val="24"/>
        </w:rPr>
        <w:t>l’esclusione</w:t>
      </w:r>
      <w:proofErr w:type="spellEnd"/>
      <w:r w:rsidRPr="00DB6BB7">
        <w:rPr>
          <w:sz w:val="24"/>
          <w:szCs w:val="24"/>
        </w:rPr>
        <w:t xml:space="preserve"> dal </w:t>
      </w:r>
      <w:proofErr w:type="spellStart"/>
      <w:r w:rsidRPr="00DB6BB7">
        <w:rPr>
          <w:sz w:val="24"/>
          <w:szCs w:val="24"/>
        </w:rPr>
        <w:t>concorso</w:t>
      </w:r>
      <w:proofErr w:type="spellEnd"/>
      <w:r w:rsidRPr="00DB6BB7">
        <w:rPr>
          <w:sz w:val="24"/>
          <w:szCs w:val="24"/>
        </w:rPr>
        <w:t xml:space="preserve"> – </w:t>
      </w:r>
      <w:proofErr w:type="spellStart"/>
      <w:r w:rsidRPr="00DB6BB7">
        <w:rPr>
          <w:sz w:val="24"/>
          <w:szCs w:val="24"/>
        </w:rPr>
        <w:t>compilare</w:t>
      </w:r>
      <w:proofErr w:type="spellEnd"/>
      <w:r w:rsidRPr="00DB6BB7">
        <w:rPr>
          <w:sz w:val="24"/>
          <w:szCs w:val="24"/>
        </w:rPr>
        <w:t xml:space="preserve"> in maniera </w:t>
      </w:r>
      <w:proofErr w:type="spellStart"/>
      <w:r w:rsidRPr="00DB6BB7">
        <w:rPr>
          <w:sz w:val="24"/>
          <w:szCs w:val="24"/>
        </w:rPr>
        <w:t>leggibile</w:t>
      </w:r>
      <w:proofErr w:type="spellEnd"/>
    </w:p>
    <w:p w14:paraId="042ED540" w14:textId="77777777" w:rsidR="00DB6BB7" w:rsidRPr="00DB6BB7" w:rsidRDefault="00DB6BB7" w:rsidP="00DB6BB7">
      <w:pPr>
        <w:rPr>
          <w:sz w:val="24"/>
          <w:szCs w:val="24"/>
        </w:rPr>
      </w:pPr>
    </w:p>
    <w:p w14:paraId="13B7B731" w14:textId="77777777" w:rsidR="00DB6BB7" w:rsidRPr="00DB6BB7" w:rsidRDefault="00DB6BB7" w:rsidP="00DB6BB7">
      <w:pPr>
        <w:rPr>
          <w:sz w:val="24"/>
          <w:szCs w:val="24"/>
        </w:rPr>
      </w:pPr>
      <w:r w:rsidRPr="00DB6BB7">
        <w:rPr>
          <w:sz w:val="24"/>
          <w:szCs w:val="24"/>
        </w:rPr>
        <w:t xml:space="preserve">Nome della </w:t>
      </w:r>
      <w:proofErr w:type="spellStart"/>
      <w:r w:rsidRPr="00DB6BB7">
        <w:rPr>
          <w:sz w:val="24"/>
          <w:szCs w:val="24"/>
        </w:rPr>
        <w:t>scuola</w:t>
      </w:r>
      <w:proofErr w:type="spellEnd"/>
      <w:r w:rsidRPr="00DB6BB7">
        <w:rPr>
          <w:sz w:val="24"/>
          <w:szCs w:val="24"/>
        </w:rPr>
        <w:t>: ____________________________________________</w:t>
      </w:r>
    </w:p>
    <w:p w14:paraId="09FB9C75" w14:textId="77777777" w:rsidR="00DB6BB7" w:rsidRPr="00DB6BB7" w:rsidRDefault="00DB6BB7" w:rsidP="00DB6BB7">
      <w:pPr>
        <w:rPr>
          <w:sz w:val="24"/>
          <w:szCs w:val="24"/>
        </w:rPr>
      </w:pPr>
    </w:p>
    <w:p w14:paraId="14ADFD30" w14:textId="77777777" w:rsidR="00DB6BB7" w:rsidRPr="00DB6BB7" w:rsidRDefault="00DB6BB7" w:rsidP="00DB6BB7">
      <w:pPr>
        <w:rPr>
          <w:sz w:val="24"/>
          <w:szCs w:val="24"/>
        </w:rPr>
      </w:pPr>
      <w:r w:rsidRPr="00DB6BB7">
        <w:rPr>
          <w:sz w:val="24"/>
          <w:szCs w:val="24"/>
        </w:rPr>
        <w:t xml:space="preserve">Classe / Gruppo </w:t>
      </w:r>
      <w:proofErr w:type="spellStart"/>
      <w:r w:rsidRPr="00DB6BB7">
        <w:rPr>
          <w:sz w:val="24"/>
          <w:szCs w:val="24"/>
        </w:rPr>
        <w:t>partecipante</w:t>
      </w:r>
      <w:proofErr w:type="spellEnd"/>
      <w:r w:rsidRPr="00DB6BB7">
        <w:rPr>
          <w:sz w:val="24"/>
          <w:szCs w:val="24"/>
        </w:rPr>
        <w:t>: ____________________________________________</w:t>
      </w:r>
    </w:p>
    <w:p w14:paraId="71D6D541" w14:textId="77777777" w:rsidR="00DB6BB7" w:rsidRPr="00DB6BB7" w:rsidRDefault="00DB6BB7" w:rsidP="00DB6BB7">
      <w:pPr>
        <w:rPr>
          <w:sz w:val="24"/>
          <w:szCs w:val="24"/>
        </w:rPr>
      </w:pPr>
    </w:p>
    <w:p w14:paraId="59C00F01" w14:textId="77777777" w:rsidR="00DB6BB7" w:rsidRPr="00DB6BB7" w:rsidRDefault="00DB6BB7" w:rsidP="00DB6BB7">
      <w:pPr>
        <w:rPr>
          <w:sz w:val="24"/>
          <w:szCs w:val="24"/>
        </w:rPr>
      </w:pPr>
      <w:proofErr w:type="spellStart"/>
      <w:r w:rsidRPr="00DB6BB7">
        <w:rPr>
          <w:sz w:val="24"/>
          <w:szCs w:val="24"/>
        </w:rPr>
        <w:t>Referente</w:t>
      </w:r>
      <w:proofErr w:type="spellEnd"/>
      <w:r w:rsidRPr="00DB6BB7">
        <w:rPr>
          <w:sz w:val="24"/>
          <w:szCs w:val="24"/>
        </w:rPr>
        <w:t xml:space="preserve"> (</w:t>
      </w:r>
      <w:proofErr w:type="spellStart"/>
      <w:r w:rsidRPr="00DB6BB7">
        <w:rPr>
          <w:sz w:val="24"/>
          <w:szCs w:val="24"/>
        </w:rPr>
        <w:t>docente</w:t>
      </w:r>
      <w:proofErr w:type="spellEnd"/>
      <w:r w:rsidRPr="00DB6BB7">
        <w:rPr>
          <w:sz w:val="24"/>
          <w:szCs w:val="24"/>
        </w:rPr>
        <w:t>): ____________________________________________</w:t>
      </w:r>
    </w:p>
    <w:p w14:paraId="380C84E3" w14:textId="77777777" w:rsidR="00DB6BB7" w:rsidRPr="00DB6BB7" w:rsidRDefault="00DB6BB7" w:rsidP="00DB6BB7">
      <w:pPr>
        <w:rPr>
          <w:sz w:val="24"/>
          <w:szCs w:val="24"/>
        </w:rPr>
      </w:pPr>
    </w:p>
    <w:p w14:paraId="5352C50A" w14:textId="77777777" w:rsidR="00DB6BB7" w:rsidRPr="00DB6BB7" w:rsidRDefault="00DB6BB7" w:rsidP="00DB6BB7">
      <w:pPr>
        <w:rPr>
          <w:sz w:val="24"/>
          <w:szCs w:val="24"/>
        </w:rPr>
      </w:pPr>
      <w:proofErr w:type="spellStart"/>
      <w:r w:rsidRPr="00DB6BB7">
        <w:rPr>
          <w:sz w:val="24"/>
          <w:szCs w:val="24"/>
        </w:rPr>
        <w:t>Recapito</w:t>
      </w:r>
      <w:proofErr w:type="spellEnd"/>
      <w:r w:rsidRPr="00DB6BB7">
        <w:rPr>
          <w:sz w:val="24"/>
          <w:szCs w:val="24"/>
        </w:rPr>
        <w:t xml:space="preserve"> </w:t>
      </w:r>
      <w:proofErr w:type="spellStart"/>
      <w:r w:rsidRPr="00DB6BB7">
        <w:rPr>
          <w:sz w:val="24"/>
          <w:szCs w:val="24"/>
        </w:rPr>
        <w:t>telefonico</w:t>
      </w:r>
      <w:proofErr w:type="spellEnd"/>
      <w:r w:rsidRPr="00DB6BB7">
        <w:rPr>
          <w:sz w:val="24"/>
          <w:szCs w:val="24"/>
        </w:rPr>
        <w:t xml:space="preserve"> del </w:t>
      </w:r>
      <w:proofErr w:type="spellStart"/>
      <w:r w:rsidRPr="00DB6BB7">
        <w:rPr>
          <w:sz w:val="24"/>
          <w:szCs w:val="24"/>
        </w:rPr>
        <w:t>referente</w:t>
      </w:r>
      <w:proofErr w:type="spellEnd"/>
      <w:r w:rsidRPr="00DB6BB7">
        <w:rPr>
          <w:sz w:val="24"/>
          <w:szCs w:val="24"/>
        </w:rPr>
        <w:t>: ____________________________________________</w:t>
      </w:r>
    </w:p>
    <w:p w14:paraId="295E02E6" w14:textId="77777777" w:rsidR="00DB6BB7" w:rsidRPr="00DB6BB7" w:rsidRDefault="00DB6BB7" w:rsidP="00DB6BB7">
      <w:pPr>
        <w:rPr>
          <w:sz w:val="24"/>
          <w:szCs w:val="24"/>
        </w:rPr>
      </w:pPr>
    </w:p>
    <w:p w14:paraId="16A20B79" w14:textId="77777777" w:rsidR="00DB6BB7" w:rsidRPr="00DB6BB7" w:rsidRDefault="00DB6BB7" w:rsidP="00DB6BB7">
      <w:pPr>
        <w:rPr>
          <w:sz w:val="24"/>
          <w:szCs w:val="24"/>
        </w:rPr>
      </w:pPr>
      <w:r w:rsidRPr="00DB6BB7">
        <w:rPr>
          <w:sz w:val="24"/>
          <w:szCs w:val="24"/>
        </w:rPr>
        <w:t xml:space="preserve">E-mail della </w:t>
      </w:r>
      <w:proofErr w:type="spellStart"/>
      <w:r w:rsidRPr="00DB6BB7">
        <w:rPr>
          <w:sz w:val="24"/>
          <w:szCs w:val="24"/>
        </w:rPr>
        <w:t>scuola</w:t>
      </w:r>
      <w:proofErr w:type="spellEnd"/>
      <w:r w:rsidRPr="00DB6BB7">
        <w:rPr>
          <w:sz w:val="24"/>
          <w:szCs w:val="24"/>
        </w:rPr>
        <w:t xml:space="preserve"> / </w:t>
      </w:r>
      <w:proofErr w:type="spellStart"/>
      <w:r w:rsidRPr="00DB6BB7">
        <w:rPr>
          <w:sz w:val="24"/>
          <w:szCs w:val="24"/>
        </w:rPr>
        <w:t>referente</w:t>
      </w:r>
      <w:proofErr w:type="spellEnd"/>
      <w:r w:rsidRPr="00DB6BB7">
        <w:rPr>
          <w:sz w:val="24"/>
          <w:szCs w:val="24"/>
        </w:rPr>
        <w:t>: ____________________________________________</w:t>
      </w:r>
    </w:p>
    <w:p w14:paraId="619ED33B" w14:textId="77777777" w:rsidR="00DB6BB7" w:rsidRPr="00DB6BB7" w:rsidRDefault="00DB6BB7" w:rsidP="00DB6BB7">
      <w:pPr>
        <w:rPr>
          <w:sz w:val="24"/>
          <w:szCs w:val="24"/>
        </w:rPr>
      </w:pPr>
    </w:p>
    <w:p w14:paraId="251A7A11" w14:textId="77777777" w:rsidR="00DB6BB7" w:rsidRPr="00DB6BB7" w:rsidRDefault="00DB6BB7" w:rsidP="00DB6BB7">
      <w:pPr>
        <w:rPr>
          <w:sz w:val="24"/>
          <w:szCs w:val="24"/>
        </w:rPr>
      </w:pPr>
      <w:r w:rsidRPr="00DB6BB7">
        <w:rPr>
          <w:sz w:val="24"/>
          <w:szCs w:val="24"/>
        </w:rPr>
        <w:t xml:space="preserve">Titolo </w:t>
      </w:r>
      <w:proofErr w:type="spellStart"/>
      <w:r w:rsidRPr="00DB6BB7">
        <w:rPr>
          <w:sz w:val="24"/>
          <w:szCs w:val="24"/>
        </w:rPr>
        <w:t>dell’opera</w:t>
      </w:r>
      <w:proofErr w:type="spellEnd"/>
      <w:r w:rsidRPr="00DB6BB7">
        <w:rPr>
          <w:sz w:val="24"/>
          <w:szCs w:val="24"/>
        </w:rPr>
        <w:t>: ____________________________________________</w:t>
      </w:r>
    </w:p>
    <w:p w14:paraId="03C9ACC8" w14:textId="77777777" w:rsidR="00DB6BB7" w:rsidRPr="00DB6BB7" w:rsidRDefault="00DB6BB7" w:rsidP="00DB6BB7">
      <w:pPr>
        <w:rPr>
          <w:sz w:val="24"/>
          <w:szCs w:val="24"/>
        </w:rPr>
      </w:pPr>
    </w:p>
    <w:p w14:paraId="6AF61686" w14:textId="77777777" w:rsidR="00DB6BB7" w:rsidRPr="00DB6BB7" w:rsidRDefault="00DB6BB7" w:rsidP="00DB6BB7">
      <w:pPr>
        <w:rPr>
          <w:sz w:val="24"/>
          <w:szCs w:val="24"/>
        </w:rPr>
      </w:pPr>
      <w:proofErr w:type="spellStart"/>
      <w:r w:rsidRPr="00DB6BB7">
        <w:rPr>
          <w:sz w:val="24"/>
          <w:szCs w:val="24"/>
        </w:rPr>
        <w:t>Tipologia</w:t>
      </w:r>
      <w:proofErr w:type="spellEnd"/>
      <w:r w:rsidRPr="00DB6BB7">
        <w:rPr>
          <w:sz w:val="24"/>
          <w:szCs w:val="24"/>
        </w:rPr>
        <w:t xml:space="preserve"> di opera </w:t>
      </w:r>
      <w:proofErr w:type="spellStart"/>
      <w:r w:rsidRPr="00DB6BB7">
        <w:rPr>
          <w:sz w:val="24"/>
          <w:szCs w:val="24"/>
        </w:rPr>
        <w:t>presentata</w:t>
      </w:r>
      <w:proofErr w:type="spellEnd"/>
      <w:r w:rsidRPr="00DB6BB7">
        <w:rPr>
          <w:sz w:val="24"/>
          <w:szCs w:val="24"/>
        </w:rPr>
        <w:t xml:space="preserve"> (</w:t>
      </w:r>
      <w:proofErr w:type="spellStart"/>
      <w:r w:rsidRPr="00DB6BB7">
        <w:rPr>
          <w:sz w:val="24"/>
          <w:szCs w:val="24"/>
        </w:rPr>
        <w:t>barrare</w:t>
      </w:r>
      <w:proofErr w:type="spellEnd"/>
      <w:r w:rsidRPr="00DB6BB7">
        <w:rPr>
          <w:sz w:val="24"/>
          <w:szCs w:val="24"/>
        </w:rPr>
        <w:t>):</w:t>
      </w:r>
    </w:p>
    <w:p w14:paraId="7DCAF069" w14:textId="77777777" w:rsidR="00DB6BB7" w:rsidRPr="00DB6BB7" w:rsidRDefault="00DB6BB7" w:rsidP="00DB6BB7">
      <w:pPr>
        <w:rPr>
          <w:sz w:val="24"/>
          <w:szCs w:val="24"/>
        </w:rPr>
      </w:pPr>
      <w:r w:rsidRPr="00DB6BB7">
        <w:rPr>
          <w:sz w:val="24"/>
          <w:szCs w:val="24"/>
        </w:rPr>
        <w:t>- Disegno</w:t>
      </w:r>
    </w:p>
    <w:p w14:paraId="6D75F556" w14:textId="77777777" w:rsidR="00DB6BB7" w:rsidRPr="00DB6BB7" w:rsidRDefault="00DB6BB7" w:rsidP="00DB6BB7">
      <w:pPr>
        <w:rPr>
          <w:sz w:val="24"/>
          <w:szCs w:val="24"/>
        </w:rPr>
      </w:pPr>
      <w:r w:rsidRPr="00DB6BB7">
        <w:rPr>
          <w:sz w:val="24"/>
          <w:szCs w:val="24"/>
        </w:rPr>
        <w:t xml:space="preserve">- Lavoro </w:t>
      </w:r>
      <w:proofErr w:type="spellStart"/>
      <w:r w:rsidRPr="00DB6BB7">
        <w:rPr>
          <w:sz w:val="24"/>
          <w:szCs w:val="24"/>
        </w:rPr>
        <w:t>artistico</w:t>
      </w:r>
      <w:proofErr w:type="spellEnd"/>
      <w:r w:rsidRPr="00DB6BB7">
        <w:rPr>
          <w:sz w:val="24"/>
          <w:szCs w:val="24"/>
        </w:rPr>
        <w:t xml:space="preserve"> con </w:t>
      </w:r>
      <w:proofErr w:type="spellStart"/>
      <w:r w:rsidRPr="00DB6BB7">
        <w:rPr>
          <w:sz w:val="24"/>
          <w:szCs w:val="24"/>
        </w:rPr>
        <w:t>materiali</w:t>
      </w:r>
      <w:proofErr w:type="spellEnd"/>
      <w:r w:rsidRPr="00DB6BB7">
        <w:rPr>
          <w:sz w:val="24"/>
          <w:szCs w:val="24"/>
        </w:rPr>
        <w:t xml:space="preserve"> </w:t>
      </w:r>
      <w:proofErr w:type="spellStart"/>
      <w:r w:rsidRPr="00DB6BB7">
        <w:rPr>
          <w:sz w:val="24"/>
          <w:szCs w:val="24"/>
        </w:rPr>
        <w:t>riciclati</w:t>
      </w:r>
      <w:proofErr w:type="spellEnd"/>
    </w:p>
    <w:p w14:paraId="6151D48F" w14:textId="77777777" w:rsidR="00DB6BB7" w:rsidRPr="00DB6BB7" w:rsidRDefault="00DB6BB7" w:rsidP="00DB6BB7">
      <w:pPr>
        <w:rPr>
          <w:sz w:val="24"/>
          <w:szCs w:val="24"/>
        </w:rPr>
      </w:pPr>
      <w:r w:rsidRPr="00DB6BB7">
        <w:rPr>
          <w:sz w:val="24"/>
          <w:szCs w:val="24"/>
        </w:rPr>
        <w:t>- Video</w:t>
      </w:r>
    </w:p>
    <w:p w14:paraId="2B83195A" w14:textId="77777777" w:rsidR="00D85FFE" w:rsidRDefault="00D85FFE" w:rsidP="00DB6BB7"/>
    <w:p w14:paraId="74C0B09F" w14:textId="77777777" w:rsidR="00D85FFE" w:rsidRDefault="00D85FFE" w:rsidP="00DB6BB7"/>
    <w:p w14:paraId="0D8A436F" w14:textId="5F705D85" w:rsidR="00DB6BB7" w:rsidRPr="00DB6BB7" w:rsidRDefault="00DB6BB7" w:rsidP="00DB6BB7">
      <w:pPr>
        <w:rPr>
          <w:sz w:val="24"/>
          <w:szCs w:val="24"/>
        </w:rPr>
      </w:pPr>
      <w:r w:rsidRPr="00DB6BB7">
        <w:rPr>
          <w:sz w:val="24"/>
          <w:szCs w:val="24"/>
        </w:rPr>
        <w:lastRenderedPageBreak/>
        <w:t xml:space="preserve">Breve </w:t>
      </w:r>
      <w:proofErr w:type="spellStart"/>
      <w:r w:rsidRPr="00DB6BB7">
        <w:rPr>
          <w:sz w:val="24"/>
          <w:szCs w:val="24"/>
        </w:rPr>
        <w:t>descrizione</w:t>
      </w:r>
      <w:proofErr w:type="spellEnd"/>
      <w:r w:rsidRPr="00DB6BB7">
        <w:rPr>
          <w:sz w:val="24"/>
          <w:szCs w:val="24"/>
        </w:rPr>
        <w:t xml:space="preserve"> </w:t>
      </w:r>
      <w:proofErr w:type="spellStart"/>
      <w:r w:rsidRPr="00DB6BB7">
        <w:rPr>
          <w:sz w:val="24"/>
          <w:szCs w:val="24"/>
        </w:rPr>
        <w:t>dell’opera</w:t>
      </w:r>
      <w:proofErr w:type="spellEnd"/>
      <w:r w:rsidRPr="00DB6BB7">
        <w:rPr>
          <w:sz w:val="24"/>
          <w:szCs w:val="24"/>
        </w:rPr>
        <w:t xml:space="preserve"> (max 1 </w:t>
      </w:r>
      <w:proofErr w:type="spellStart"/>
      <w:r w:rsidRPr="00DB6BB7">
        <w:rPr>
          <w:sz w:val="24"/>
          <w:szCs w:val="24"/>
        </w:rPr>
        <w:t>pagina</w:t>
      </w:r>
      <w:proofErr w:type="spellEnd"/>
      <w:r w:rsidRPr="00DB6BB7">
        <w:rPr>
          <w:sz w:val="24"/>
          <w:szCs w:val="24"/>
        </w:rPr>
        <w:t>):</w:t>
      </w:r>
    </w:p>
    <w:p w14:paraId="0C49C0BC" w14:textId="77777777" w:rsidR="00DB6BB7" w:rsidRPr="00DB6BB7" w:rsidRDefault="00DB6BB7" w:rsidP="00DB6BB7">
      <w:pPr>
        <w:rPr>
          <w:sz w:val="24"/>
          <w:szCs w:val="24"/>
        </w:rPr>
      </w:pPr>
      <w:r w:rsidRPr="00DB6BB7">
        <w:rPr>
          <w:sz w:val="24"/>
          <w:szCs w:val="24"/>
        </w:rPr>
        <w:t>______________________________________________________________________</w:t>
      </w:r>
    </w:p>
    <w:p w14:paraId="0473A3BF" w14:textId="77777777" w:rsidR="00DB6BB7" w:rsidRPr="00DB6BB7" w:rsidRDefault="00DB6BB7" w:rsidP="00DB6BB7">
      <w:pPr>
        <w:rPr>
          <w:sz w:val="24"/>
          <w:szCs w:val="24"/>
        </w:rPr>
      </w:pPr>
      <w:r w:rsidRPr="00DB6BB7">
        <w:rPr>
          <w:sz w:val="24"/>
          <w:szCs w:val="24"/>
        </w:rPr>
        <w:t>______________________________________________________________________</w:t>
      </w:r>
    </w:p>
    <w:p w14:paraId="635D99BF" w14:textId="77777777" w:rsidR="00DB6BB7" w:rsidRPr="00DB6BB7" w:rsidRDefault="00DB6BB7" w:rsidP="00DB6BB7">
      <w:pPr>
        <w:rPr>
          <w:sz w:val="24"/>
          <w:szCs w:val="24"/>
        </w:rPr>
      </w:pPr>
      <w:r w:rsidRPr="00DB6BB7">
        <w:rPr>
          <w:sz w:val="24"/>
          <w:szCs w:val="24"/>
        </w:rPr>
        <w:t>______________________________________________________________________</w:t>
      </w:r>
    </w:p>
    <w:p w14:paraId="18E0198B" w14:textId="77777777" w:rsidR="00DB6BB7" w:rsidRPr="00DB6BB7" w:rsidRDefault="00DB6BB7" w:rsidP="00DB6BB7">
      <w:pPr>
        <w:rPr>
          <w:sz w:val="24"/>
          <w:szCs w:val="24"/>
        </w:rPr>
      </w:pPr>
    </w:p>
    <w:p w14:paraId="6840A536" w14:textId="77777777" w:rsidR="00DB6BB7" w:rsidRPr="00DB6BB7" w:rsidRDefault="00DB6BB7" w:rsidP="00DB6BB7">
      <w:pPr>
        <w:jc w:val="both"/>
        <w:rPr>
          <w:sz w:val="24"/>
          <w:szCs w:val="24"/>
        </w:rPr>
      </w:pPr>
      <w:r w:rsidRPr="00DB6BB7">
        <w:rPr>
          <w:sz w:val="24"/>
          <w:szCs w:val="24"/>
        </w:rPr>
        <w:t xml:space="preserve">Con la </w:t>
      </w:r>
      <w:proofErr w:type="spellStart"/>
      <w:r w:rsidRPr="00DB6BB7">
        <w:rPr>
          <w:sz w:val="24"/>
          <w:szCs w:val="24"/>
        </w:rPr>
        <w:t>presente</w:t>
      </w:r>
      <w:proofErr w:type="spellEnd"/>
      <w:r w:rsidRPr="00DB6BB7">
        <w:rPr>
          <w:sz w:val="24"/>
          <w:szCs w:val="24"/>
        </w:rPr>
        <w:t xml:space="preserve">, la </w:t>
      </w:r>
      <w:proofErr w:type="spellStart"/>
      <w:r w:rsidRPr="00DB6BB7">
        <w:rPr>
          <w:sz w:val="24"/>
          <w:szCs w:val="24"/>
        </w:rPr>
        <w:t>scuola</w:t>
      </w:r>
      <w:proofErr w:type="spellEnd"/>
      <w:r w:rsidRPr="00DB6BB7">
        <w:rPr>
          <w:sz w:val="24"/>
          <w:szCs w:val="24"/>
        </w:rPr>
        <w:t xml:space="preserve"> </w:t>
      </w:r>
      <w:proofErr w:type="spellStart"/>
      <w:r w:rsidRPr="00DB6BB7">
        <w:rPr>
          <w:sz w:val="24"/>
          <w:szCs w:val="24"/>
        </w:rPr>
        <w:t>dichiara</w:t>
      </w:r>
      <w:proofErr w:type="spellEnd"/>
      <w:r w:rsidRPr="00DB6BB7">
        <w:rPr>
          <w:sz w:val="24"/>
          <w:szCs w:val="24"/>
        </w:rPr>
        <w:t xml:space="preserve"> di aver </w:t>
      </w:r>
      <w:proofErr w:type="spellStart"/>
      <w:r w:rsidRPr="00DB6BB7">
        <w:rPr>
          <w:sz w:val="24"/>
          <w:szCs w:val="24"/>
        </w:rPr>
        <w:t>letto</w:t>
      </w:r>
      <w:proofErr w:type="spellEnd"/>
      <w:r w:rsidRPr="00DB6BB7">
        <w:rPr>
          <w:sz w:val="24"/>
          <w:szCs w:val="24"/>
        </w:rPr>
        <w:t xml:space="preserve"> e </w:t>
      </w:r>
      <w:proofErr w:type="spellStart"/>
      <w:r w:rsidRPr="00DB6BB7">
        <w:rPr>
          <w:sz w:val="24"/>
          <w:szCs w:val="24"/>
        </w:rPr>
        <w:t>accettato</w:t>
      </w:r>
      <w:proofErr w:type="spellEnd"/>
      <w:r w:rsidRPr="00DB6BB7">
        <w:rPr>
          <w:sz w:val="24"/>
          <w:szCs w:val="24"/>
        </w:rPr>
        <w:t xml:space="preserve"> </w:t>
      </w:r>
      <w:proofErr w:type="spellStart"/>
      <w:r w:rsidRPr="00DB6BB7">
        <w:rPr>
          <w:sz w:val="24"/>
          <w:szCs w:val="24"/>
        </w:rPr>
        <w:t>integralmente</w:t>
      </w:r>
      <w:proofErr w:type="spellEnd"/>
      <w:r w:rsidRPr="00DB6BB7">
        <w:rPr>
          <w:sz w:val="24"/>
          <w:szCs w:val="24"/>
        </w:rPr>
        <w:t xml:space="preserve"> il </w:t>
      </w:r>
      <w:proofErr w:type="spellStart"/>
      <w:r w:rsidRPr="00DB6BB7">
        <w:rPr>
          <w:sz w:val="24"/>
          <w:szCs w:val="24"/>
        </w:rPr>
        <w:t>regolamento</w:t>
      </w:r>
      <w:proofErr w:type="spellEnd"/>
      <w:r w:rsidRPr="00DB6BB7">
        <w:rPr>
          <w:sz w:val="24"/>
          <w:szCs w:val="24"/>
        </w:rPr>
        <w:t xml:space="preserve"> della Call for Solutions «</w:t>
      </w:r>
      <w:proofErr w:type="spellStart"/>
      <w:r w:rsidRPr="00DB6BB7">
        <w:rPr>
          <w:sz w:val="24"/>
          <w:szCs w:val="24"/>
        </w:rPr>
        <w:t>Ricicliamo</w:t>
      </w:r>
      <w:proofErr w:type="spellEnd"/>
      <w:r w:rsidRPr="00DB6BB7">
        <w:rPr>
          <w:sz w:val="24"/>
          <w:szCs w:val="24"/>
        </w:rPr>
        <w:t xml:space="preserve"> il Mare» e </w:t>
      </w:r>
      <w:proofErr w:type="spellStart"/>
      <w:r w:rsidRPr="00DB6BB7">
        <w:rPr>
          <w:sz w:val="24"/>
          <w:szCs w:val="24"/>
        </w:rPr>
        <w:t>autorizza</w:t>
      </w:r>
      <w:proofErr w:type="spellEnd"/>
      <w:r w:rsidRPr="00DB6BB7">
        <w:rPr>
          <w:sz w:val="24"/>
          <w:szCs w:val="24"/>
        </w:rPr>
        <w:t xml:space="preserve"> il </w:t>
      </w:r>
      <w:proofErr w:type="spellStart"/>
      <w:r w:rsidRPr="00DB6BB7">
        <w:rPr>
          <w:sz w:val="24"/>
          <w:szCs w:val="24"/>
        </w:rPr>
        <w:t>trattamento</w:t>
      </w:r>
      <w:proofErr w:type="spellEnd"/>
      <w:r w:rsidRPr="00DB6BB7">
        <w:rPr>
          <w:sz w:val="24"/>
          <w:szCs w:val="24"/>
        </w:rPr>
        <w:t xml:space="preserve"> </w:t>
      </w:r>
      <w:proofErr w:type="spellStart"/>
      <w:r w:rsidRPr="00DB6BB7">
        <w:rPr>
          <w:sz w:val="24"/>
          <w:szCs w:val="24"/>
        </w:rPr>
        <w:t>dei</w:t>
      </w:r>
      <w:proofErr w:type="spellEnd"/>
      <w:r w:rsidRPr="00DB6BB7">
        <w:rPr>
          <w:sz w:val="24"/>
          <w:szCs w:val="24"/>
        </w:rPr>
        <w:t xml:space="preserve"> </w:t>
      </w:r>
      <w:proofErr w:type="spellStart"/>
      <w:r w:rsidRPr="00DB6BB7">
        <w:rPr>
          <w:sz w:val="24"/>
          <w:szCs w:val="24"/>
        </w:rPr>
        <w:t>dati</w:t>
      </w:r>
      <w:proofErr w:type="spellEnd"/>
      <w:r w:rsidRPr="00DB6BB7">
        <w:rPr>
          <w:sz w:val="24"/>
          <w:szCs w:val="24"/>
        </w:rPr>
        <w:t xml:space="preserve"> </w:t>
      </w:r>
      <w:proofErr w:type="spellStart"/>
      <w:r w:rsidRPr="00DB6BB7">
        <w:rPr>
          <w:sz w:val="24"/>
          <w:szCs w:val="24"/>
        </w:rPr>
        <w:t>personali</w:t>
      </w:r>
      <w:proofErr w:type="spellEnd"/>
      <w:r w:rsidRPr="00DB6BB7">
        <w:rPr>
          <w:sz w:val="24"/>
          <w:szCs w:val="24"/>
        </w:rPr>
        <w:t xml:space="preserve"> ai sensi del </w:t>
      </w:r>
      <w:proofErr w:type="spellStart"/>
      <w:r w:rsidRPr="00DB6BB7">
        <w:rPr>
          <w:sz w:val="24"/>
          <w:szCs w:val="24"/>
        </w:rPr>
        <w:t>Regolamento</w:t>
      </w:r>
      <w:proofErr w:type="spellEnd"/>
      <w:r w:rsidRPr="00DB6BB7">
        <w:rPr>
          <w:sz w:val="24"/>
          <w:szCs w:val="24"/>
        </w:rPr>
        <w:t xml:space="preserve"> EU 2016/679 e del </w:t>
      </w:r>
      <w:proofErr w:type="spellStart"/>
      <w:r w:rsidRPr="00DB6BB7">
        <w:rPr>
          <w:sz w:val="24"/>
          <w:szCs w:val="24"/>
        </w:rPr>
        <w:t>D.lgs</w:t>
      </w:r>
      <w:proofErr w:type="spellEnd"/>
      <w:r w:rsidRPr="00DB6BB7">
        <w:rPr>
          <w:sz w:val="24"/>
          <w:szCs w:val="24"/>
        </w:rPr>
        <w:t xml:space="preserve">. 196/2003 e </w:t>
      </w:r>
      <w:proofErr w:type="spellStart"/>
      <w:proofErr w:type="gramStart"/>
      <w:r w:rsidRPr="00DB6BB7">
        <w:rPr>
          <w:sz w:val="24"/>
          <w:szCs w:val="24"/>
        </w:rPr>
        <w:t>ss.mm.ii</w:t>
      </w:r>
      <w:proofErr w:type="spellEnd"/>
      <w:r w:rsidRPr="00DB6BB7">
        <w:rPr>
          <w:sz w:val="24"/>
          <w:szCs w:val="24"/>
        </w:rPr>
        <w:t>.</w:t>
      </w:r>
      <w:proofErr w:type="gramEnd"/>
    </w:p>
    <w:p w14:paraId="130EFFE8" w14:textId="77777777" w:rsidR="00DB6BB7" w:rsidRPr="00DB6BB7" w:rsidRDefault="00DB6BB7" w:rsidP="00DB6BB7">
      <w:pPr>
        <w:rPr>
          <w:sz w:val="24"/>
          <w:szCs w:val="24"/>
        </w:rPr>
      </w:pPr>
    </w:p>
    <w:p w14:paraId="417C215A" w14:textId="77777777" w:rsidR="00DB6BB7" w:rsidRPr="00DB6BB7" w:rsidRDefault="00DB6BB7" w:rsidP="00DB6BB7">
      <w:pPr>
        <w:rPr>
          <w:sz w:val="24"/>
          <w:szCs w:val="24"/>
        </w:rPr>
      </w:pPr>
      <w:r w:rsidRPr="00DB6BB7">
        <w:rPr>
          <w:sz w:val="24"/>
          <w:szCs w:val="24"/>
        </w:rPr>
        <w:t xml:space="preserve">Data: ____________________   </w:t>
      </w:r>
      <w:proofErr w:type="spellStart"/>
      <w:r w:rsidRPr="00DB6BB7">
        <w:rPr>
          <w:sz w:val="24"/>
          <w:szCs w:val="24"/>
        </w:rPr>
        <w:t>Firma</w:t>
      </w:r>
      <w:proofErr w:type="spellEnd"/>
      <w:r w:rsidRPr="00DB6BB7">
        <w:rPr>
          <w:sz w:val="24"/>
          <w:szCs w:val="24"/>
        </w:rPr>
        <w:t xml:space="preserve"> del </w:t>
      </w:r>
      <w:proofErr w:type="spellStart"/>
      <w:r w:rsidRPr="00DB6BB7">
        <w:rPr>
          <w:sz w:val="24"/>
          <w:szCs w:val="24"/>
        </w:rPr>
        <w:t>referente</w:t>
      </w:r>
      <w:proofErr w:type="spellEnd"/>
      <w:r w:rsidRPr="00DB6BB7">
        <w:rPr>
          <w:sz w:val="24"/>
          <w:szCs w:val="24"/>
        </w:rPr>
        <w:t>: ____________________</w:t>
      </w:r>
    </w:p>
    <w:p w14:paraId="4BCB3837" w14:textId="3AA39469" w:rsidR="00A138E0" w:rsidRDefault="00A138E0" w:rsidP="00DB6BB7">
      <w:pPr>
        <w:rPr>
          <w:sz w:val="24"/>
          <w:szCs w:val="24"/>
        </w:rPr>
      </w:pPr>
    </w:p>
    <w:p w14:paraId="2FA341E8" w14:textId="77777777" w:rsidR="001A7C99" w:rsidRPr="001A7C99" w:rsidRDefault="001A7C99" w:rsidP="001A7C99">
      <w:pPr>
        <w:rPr>
          <w:sz w:val="24"/>
          <w:szCs w:val="24"/>
        </w:rPr>
      </w:pPr>
    </w:p>
    <w:p w14:paraId="784DB954" w14:textId="77777777" w:rsidR="001A7C99" w:rsidRPr="001A7C99" w:rsidRDefault="001A7C99" w:rsidP="001A7C99">
      <w:pPr>
        <w:rPr>
          <w:sz w:val="24"/>
          <w:szCs w:val="24"/>
        </w:rPr>
      </w:pPr>
    </w:p>
    <w:p w14:paraId="1DE89CDE" w14:textId="77777777" w:rsidR="001A7C99" w:rsidRPr="001A7C99" w:rsidRDefault="001A7C99" w:rsidP="001A7C99">
      <w:pPr>
        <w:rPr>
          <w:sz w:val="24"/>
          <w:szCs w:val="24"/>
        </w:rPr>
      </w:pPr>
    </w:p>
    <w:p w14:paraId="6BBEAAA0" w14:textId="77777777" w:rsidR="001A7C99" w:rsidRPr="001A7C99" w:rsidRDefault="001A7C99" w:rsidP="001A7C99">
      <w:pPr>
        <w:rPr>
          <w:sz w:val="24"/>
          <w:szCs w:val="24"/>
        </w:rPr>
      </w:pPr>
    </w:p>
    <w:p w14:paraId="261BFCCD" w14:textId="77777777" w:rsidR="001A7C99" w:rsidRPr="001A7C99" w:rsidRDefault="001A7C99" w:rsidP="001A7C99">
      <w:pPr>
        <w:rPr>
          <w:sz w:val="24"/>
          <w:szCs w:val="24"/>
        </w:rPr>
      </w:pPr>
    </w:p>
    <w:p w14:paraId="065C45C1" w14:textId="77777777" w:rsidR="001A7C99" w:rsidRDefault="001A7C99" w:rsidP="001A7C99">
      <w:pPr>
        <w:rPr>
          <w:sz w:val="24"/>
          <w:szCs w:val="24"/>
        </w:rPr>
      </w:pPr>
    </w:p>
    <w:p w14:paraId="3D879651" w14:textId="159E652A" w:rsidR="001A7C99" w:rsidRPr="001A7C99" w:rsidRDefault="001A7C99" w:rsidP="001A7C99">
      <w:pPr>
        <w:tabs>
          <w:tab w:val="left" w:pos="303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1A7C99" w:rsidRPr="001A7C99" w:rsidSect="001A7C99">
      <w:headerReference w:type="default" r:id="rId8"/>
      <w:footerReference w:type="default" r:id="rId9"/>
      <w:pgSz w:w="12240" w:h="15840"/>
      <w:pgMar w:top="1440" w:right="1800" w:bottom="1440" w:left="1800" w:header="142" w:footer="1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86471" w14:textId="77777777" w:rsidR="008F4954" w:rsidRDefault="008F4954" w:rsidP="007D03E8">
      <w:pPr>
        <w:spacing w:after="0" w:line="240" w:lineRule="auto"/>
      </w:pPr>
      <w:r>
        <w:separator/>
      </w:r>
    </w:p>
  </w:endnote>
  <w:endnote w:type="continuationSeparator" w:id="0">
    <w:p w14:paraId="07CAF8BE" w14:textId="77777777" w:rsidR="008F4954" w:rsidRDefault="008F4954" w:rsidP="007D03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05968" w14:textId="77777777" w:rsidR="001A7C99" w:rsidRPr="001A7C99" w:rsidRDefault="001A7C99" w:rsidP="001A7C99">
    <w:pPr>
      <w:pStyle w:val="Pidipagina"/>
      <w:jc w:val="center"/>
    </w:pPr>
    <w:r w:rsidRPr="001A7C99">
      <w:t>CAMPANIA CIRCOLARE APS</w:t>
    </w:r>
    <w:r w:rsidRPr="001A7C99">
      <w:br/>
      <w:t>VIA VITTORIO EMANUELE N.7/F</w:t>
    </w:r>
  </w:p>
  <w:p w14:paraId="6F72CDFC" w14:textId="77777777" w:rsidR="001A7C99" w:rsidRPr="001A7C99" w:rsidRDefault="001A7C99" w:rsidP="001A7C99">
    <w:pPr>
      <w:pStyle w:val="Pidipagina"/>
      <w:jc w:val="center"/>
    </w:pPr>
    <w:r w:rsidRPr="001A7C99">
      <w:t>80055 – PORTICI (NA)</w:t>
    </w:r>
    <w:r w:rsidRPr="001A7C99">
      <w:br/>
      <w:t>C.F. 95306080631</w:t>
    </w:r>
    <w:r w:rsidRPr="001A7C99">
      <w:br/>
    </w:r>
    <w:hyperlink r:id="rId1" w:history="1">
      <w:r w:rsidRPr="001A7C99">
        <w:rPr>
          <w:rStyle w:val="Collegamentoipertestuale"/>
        </w:rPr>
        <w:t>campaniacircolare@pec.it</w:t>
      </w:r>
    </w:hyperlink>
    <w:r w:rsidRPr="001A7C99">
      <w:t xml:space="preserve"> - campaniacircolare@gmail.com</w:t>
    </w:r>
  </w:p>
  <w:p w14:paraId="2EC90D6B" w14:textId="26F07D36" w:rsidR="007D03E8" w:rsidRPr="001A7C99" w:rsidRDefault="007D03E8" w:rsidP="001A7C9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26134" w14:textId="77777777" w:rsidR="008F4954" w:rsidRDefault="008F4954" w:rsidP="007D03E8">
      <w:pPr>
        <w:spacing w:after="0" w:line="240" w:lineRule="auto"/>
      </w:pPr>
      <w:r>
        <w:separator/>
      </w:r>
    </w:p>
  </w:footnote>
  <w:footnote w:type="continuationSeparator" w:id="0">
    <w:p w14:paraId="71E427EA" w14:textId="77777777" w:rsidR="008F4954" w:rsidRDefault="008F4954" w:rsidP="007D03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2B916" w14:textId="2FBF9099" w:rsidR="00D85FFE" w:rsidRPr="00D85FFE" w:rsidRDefault="00D85FFE" w:rsidP="00D85FFE">
    <w:pPr>
      <w:pStyle w:val="Intestazione"/>
    </w:pPr>
    <w:r w:rsidRPr="00D85FFE">
      <w:rPr>
        <w:noProof/>
      </w:rPr>
      <w:drawing>
        <wp:anchor distT="0" distB="0" distL="114300" distR="114300" simplePos="0" relativeHeight="251660288" behindDoc="0" locked="0" layoutInCell="1" allowOverlap="1" wp14:anchorId="0DDF11DC" wp14:editId="1EF1726D">
          <wp:simplePos x="0" y="0"/>
          <wp:positionH relativeFrom="column">
            <wp:posOffset>3517265</wp:posOffset>
          </wp:positionH>
          <wp:positionV relativeFrom="paragraph">
            <wp:posOffset>62230</wp:posOffset>
          </wp:positionV>
          <wp:extent cx="501650" cy="577215"/>
          <wp:effectExtent l="0" t="0" r="0" b="0"/>
          <wp:wrapThrough wrapText="bothSides">
            <wp:wrapPolygon edited="0">
              <wp:start x="0" y="0"/>
              <wp:lineTo x="0" y="20673"/>
              <wp:lineTo x="20506" y="20673"/>
              <wp:lineTo x="20506" y="0"/>
              <wp:lineTo x="0" y="0"/>
            </wp:wrapPolygon>
          </wp:wrapThrough>
          <wp:docPr id="136481972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1650" cy="577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85FFE">
      <w:rPr>
        <w:noProof/>
      </w:rPr>
      <w:drawing>
        <wp:anchor distT="0" distB="0" distL="114300" distR="114300" simplePos="0" relativeHeight="251661312" behindDoc="0" locked="0" layoutInCell="1" allowOverlap="1" wp14:anchorId="41BCDF24" wp14:editId="3C3C4746">
          <wp:simplePos x="0" y="0"/>
          <wp:positionH relativeFrom="column">
            <wp:posOffset>1600200</wp:posOffset>
          </wp:positionH>
          <wp:positionV relativeFrom="paragraph">
            <wp:posOffset>75565</wp:posOffset>
          </wp:positionV>
          <wp:extent cx="647700" cy="617855"/>
          <wp:effectExtent l="0" t="0" r="0" b="0"/>
          <wp:wrapThrough wrapText="bothSides">
            <wp:wrapPolygon edited="0">
              <wp:start x="0" y="0"/>
              <wp:lineTo x="0" y="20645"/>
              <wp:lineTo x="20965" y="20645"/>
              <wp:lineTo x="20965" y="0"/>
              <wp:lineTo x="0" y="0"/>
            </wp:wrapPolygon>
          </wp:wrapThrough>
          <wp:docPr id="903440716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17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85FFE">
      <w:rPr>
        <w:noProof/>
      </w:rPr>
      <w:drawing>
        <wp:anchor distT="0" distB="0" distL="114300" distR="114300" simplePos="0" relativeHeight="251664384" behindDoc="0" locked="0" layoutInCell="1" allowOverlap="1" wp14:anchorId="05C94717" wp14:editId="5EB581D9">
          <wp:simplePos x="0" y="0"/>
          <wp:positionH relativeFrom="column">
            <wp:posOffset>752475</wp:posOffset>
          </wp:positionH>
          <wp:positionV relativeFrom="paragraph">
            <wp:posOffset>138430</wp:posOffset>
          </wp:positionV>
          <wp:extent cx="800100" cy="558800"/>
          <wp:effectExtent l="0" t="0" r="0" b="0"/>
          <wp:wrapThrough wrapText="bothSides">
            <wp:wrapPolygon edited="0">
              <wp:start x="0" y="0"/>
              <wp:lineTo x="0" y="20618"/>
              <wp:lineTo x="21086" y="20618"/>
              <wp:lineTo x="21086" y="0"/>
              <wp:lineTo x="0" y="0"/>
            </wp:wrapPolygon>
          </wp:wrapThrough>
          <wp:docPr id="101407981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55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63780F" w14:textId="7CA35413" w:rsidR="00D85FFE" w:rsidRPr="00D85FFE" w:rsidRDefault="00D85FFE" w:rsidP="00D85FFE">
    <w:pPr>
      <w:pStyle w:val="Intestazione"/>
    </w:pPr>
    <w:r w:rsidRPr="00D85FFE">
      <w:rPr>
        <w:noProof/>
      </w:rPr>
      <w:drawing>
        <wp:anchor distT="0" distB="0" distL="114300" distR="114300" simplePos="0" relativeHeight="251663360" behindDoc="0" locked="0" layoutInCell="1" allowOverlap="1" wp14:anchorId="15B8FD1F" wp14:editId="6128FDF4">
          <wp:simplePos x="0" y="0"/>
          <wp:positionH relativeFrom="column">
            <wp:posOffset>4152900</wp:posOffset>
          </wp:positionH>
          <wp:positionV relativeFrom="paragraph">
            <wp:posOffset>20320</wp:posOffset>
          </wp:positionV>
          <wp:extent cx="1283970" cy="455295"/>
          <wp:effectExtent l="0" t="0" r="0" b="1905"/>
          <wp:wrapThrough wrapText="bothSides">
            <wp:wrapPolygon edited="0">
              <wp:start x="0" y="0"/>
              <wp:lineTo x="0" y="20787"/>
              <wp:lineTo x="21151" y="20787"/>
              <wp:lineTo x="21151" y="0"/>
              <wp:lineTo x="0" y="0"/>
            </wp:wrapPolygon>
          </wp:wrapThrough>
          <wp:docPr id="1525083457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3970" cy="455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85FFE">
      <w:rPr>
        <w:noProof/>
      </w:rPr>
      <w:drawing>
        <wp:anchor distT="0" distB="0" distL="114300" distR="114300" simplePos="0" relativeHeight="251659264" behindDoc="0" locked="0" layoutInCell="1" allowOverlap="1" wp14:anchorId="74D357D7" wp14:editId="04238FB9">
          <wp:simplePos x="0" y="0"/>
          <wp:positionH relativeFrom="column">
            <wp:posOffset>2247900</wp:posOffset>
          </wp:positionH>
          <wp:positionV relativeFrom="paragraph">
            <wp:posOffset>99695</wp:posOffset>
          </wp:positionV>
          <wp:extent cx="1314450" cy="328295"/>
          <wp:effectExtent l="0" t="0" r="0" b="0"/>
          <wp:wrapThrough wrapText="bothSides">
            <wp:wrapPolygon edited="0">
              <wp:start x="3757" y="0"/>
              <wp:lineTo x="2191" y="3760"/>
              <wp:lineTo x="939" y="12534"/>
              <wp:lineTo x="1252" y="20054"/>
              <wp:lineTo x="7200" y="20054"/>
              <wp:lineTo x="19096" y="17547"/>
              <wp:lineTo x="19096" y="2507"/>
              <wp:lineTo x="5009" y="0"/>
              <wp:lineTo x="3757" y="0"/>
            </wp:wrapPolygon>
          </wp:wrapThrough>
          <wp:docPr id="154485883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4450" cy="328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85FFE">
      <w:rPr>
        <w:noProof/>
      </w:rPr>
      <w:drawing>
        <wp:anchor distT="0" distB="0" distL="114300" distR="114300" simplePos="0" relativeHeight="251662336" behindDoc="0" locked="0" layoutInCell="1" allowOverlap="1" wp14:anchorId="6ADDBB2E" wp14:editId="6FB6488E">
          <wp:simplePos x="0" y="0"/>
          <wp:positionH relativeFrom="column">
            <wp:posOffset>114300</wp:posOffset>
          </wp:positionH>
          <wp:positionV relativeFrom="paragraph">
            <wp:posOffset>38735</wp:posOffset>
          </wp:positionV>
          <wp:extent cx="561975" cy="434340"/>
          <wp:effectExtent l="0" t="0" r="9525" b="3810"/>
          <wp:wrapThrough wrapText="bothSides">
            <wp:wrapPolygon edited="0">
              <wp:start x="0" y="0"/>
              <wp:lineTo x="0" y="20842"/>
              <wp:lineTo x="21234" y="20842"/>
              <wp:lineTo x="21234" y="0"/>
              <wp:lineTo x="0" y="0"/>
            </wp:wrapPolygon>
          </wp:wrapThrough>
          <wp:docPr id="13117233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434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0017C9D" w14:textId="77777777" w:rsidR="00D85FFE" w:rsidRPr="00D85FFE" w:rsidRDefault="00D85FFE" w:rsidP="00D85FFE">
    <w:pPr>
      <w:pStyle w:val="Intestazione"/>
    </w:pPr>
  </w:p>
  <w:p w14:paraId="34167079" w14:textId="77777777" w:rsidR="00D85FFE" w:rsidRPr="00D85FFE" w:rsidRDefault="00D85FFE" w:rsidP="00D85FFE">
    <w:pPr>
      <w:pStyle w:val="Intestazione"/>
    </w:pPr>
  </w:p>
  <w:p w14:paraId="41642004" w14:textId="77777777" w:rsidR="00E14F65" w:rsidRDefault="00E14F65" w:rsidP="00E14F6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6B3C18"/>
    <w:multiLevelType w:val="multilevel"/>
    <w:tmpl w:val="2A36C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21725D"/>
    <w:multiLevelType w:val="multilevel"/>
    <w:tmpl w:val="78688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E606CA"/>
    <w:multiLevelType w:val="multilevel"/>
    <w:tmpl w:val="3E1E6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AB4EB1"/>
    <w:multiLevelType w:val="multilevel"/>
    <w:tmpl w:val="416AF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5F2B5F"/>
    <w:multiLevelType w:val="multilevel"/>
    <w:tmpl w:val="1DC0A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9790DE3"/>
    <w:multiLevelType w:val="multilevel"/>
    <w:tmpl w:val="EAC2A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494198">
    <w:abstractNumId w:val="8"/>
  </w:num>
  <w:num w:numId="2" w16cid:durableId="159976161">
    <w:abstractNumId w:val="6"/>
  </w:num>
  <w:num w:numId="3" w16cid:durableId="1508595680">
    <w:abstractNumId w:val="5"/>
  </w:num>
  <w:num w:numId="4" w16cid:durableId="39598352">
    <w:abstractNumId w:val="4"/>
  </w:num>
  <w:num w:numId="5" w16cid:durableId="2083333632">
    <w:abstractNumId w:val="7"/>
  </w:num>
  <w:num w:numId="6" w16cid:durableId="2123064075">
    <w:abstractNumId w:val="3"/>
  </w:num>
  <w:num w:numId="7" w16cid:durableId="1010716850">
    <w:abstractNumId w:val="2"/>
  </w:num>
  <w:num w:numId="8" w16cid:durableId="824468983">
    <w:abstractNumId w:val="1"/>
  </w:num>
  <w:num w:numId="9" w16cid:durableId="416832246">
    <w:abstractNumId w:val="0"/>
  </w:num>
  <w:num w:numId="10" w16cid:durableId="1066562440">
    <w:abstractNumId w:val="9"/>
  </w:num>
  <w:num w:numId="11" w16cid:durableId="213199020">
    <w:abstractNumId w:val="14"/>
  </w:num>
  <w:num w:numId="12" w16cid:durableId="3823378">
    <w:abstractNumId w:val="10"/>
  </w:num>
  <w:num w:numId="13" w16cid:durableId="140776673">
    <w:abstractNumId w:val="12"/>
  </w:num>
  <w:num w:numId="14" w16cid:durableId="937905398">
    <w:abstractNumId w:val="11"/>
  </w:num>
  <w:num w:numId="15" w16cid:durableId="13519530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959"/>
    <w:rsid w:val="0006063C"/>
    <w:rsid w:val="0015074B"/>
    <w:rsid w:val="001A7C99"/>
    <w:rsid w:val="0029639D"/>
    <w:rsid w:val="00326F90"/>
    <w:rsid w:val="00375165"/>
    <w:rsid w:val="004079D5"/>
    <w:rsid w:val="0043365D"/>
    <w:rsid w:val="00580D09"/>
    <w:rsid w:val="0073635B"/>
    <w:rsid w:val="007D03E8"/>
    <w:rsid w:val="008F4954"/>
    <w:rsid w:val="00A138E0"/>
    <w:rsid w:val="00A810A4"/>
    <w:rsid w:val="00A8451F"/>
    <w:rsid w:val="00AA1D8D"/>
    <w:rsid w:val="00AD3005"/>
    <w:rsid w:val="00B47730"/>
    <w:rsid w:val="00BD0A70"/>
    <w:rsid w:val="00C30C32"/>
    <w:rsid w:val="00CB0664"/>
    <w:rsid w:val="00CF343B"/>
    <w:rsid w:val="00D85FFE"/>
    <w:rsid w:val="00DB6BB7"/>
    <w:rsid w:val="00DB741D"/>
    <w:rsid w:val="00E14F65"/>
    <w:rsid w:val="00E50297"/>
    <w:rsid w:val="00E67F27"/>
    <w:rsid w:val="00FC693F"/>
    <w:rsid w:val="00FD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63357EB"/>
  <w14:defaultImageDpi w14:val="300"/>
  <w15:docId w15:val="{51E7774B-B441-4E3C-B078-DB736A7AF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llegamentoipertestuale">
    <w:name w:val="Hyperlink"/>
    <w:basedOn w:val="Carpredefinitoparagrafo"/>
    <w:uiPriority w:val="99"/>
    <w:unhideWhenUsed/>
    <w:rsid w:val="007D03E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D03E8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DB6BB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DB6BB7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DB6BB7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B6BB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B6BB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ampaniacircolare@pec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1381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tortoraluca@outlook.it</cp:lastModifiedBy>
  <cp:revision>9</cp:revision>
  <dcterms:created xsi:type="dcterms:W3CDTF">2013-12-23T23:15:00Z</dcterms:created>
  <dcterms:modified xsi:type="dcterms:W3CDTF">2025-11-18T11:39:00Z</dcterms:modified>
  <cp:category/>
</cp:coreProperties>
</file>